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2B994" w14:textId="77777777" w:rsidR="00D02147" w:rsidRPr="00A04A9D" w:rsidRDefault="00D02147" w:rsidP="00A04A9D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Приложение №1</w:t>
      </w:r>
    </w:p>
    <w:p w14:paraId="43064A8B" w14:textId="77777777" w:rsidR="00D02147" w:rsidRPr="00D02147" w:rsidRDefault="00D02147" w:rsidP="00D02147">
      <w:pPr>
        <w:pStyle w:val="af"/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 xml:space="preserve">к Положению </w:t>
      </w:r>
    </w:p>
    <w:p w14:paraId="63667FED" w14:textId="77777777" w:rsidR="00A04A9D" w:rsidRDefault="00D02147" w:rsidP="00D02147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муниципального конкурса чтецов </w:t>
      </w:r>
    </w:p>
    <w:p w14:paraId="6E46813C" w14:textId="77777777" w:rsidR="00D02147" w:rsidRPr="00D02147" w:rsidRDefault="00D02147" w:rsidP="00D02147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>«Родной напев</w:t>
      </w:r>
      <w:proofErr w:type="gramStart"/>
      <w:r w:rsidRPr="00D02147">
        <w:rPr>
          <w:rFonts w:ascii="Times New Roman" w:hAnsi="Times New Roman" w:cs="Times New Roman"/>
          <w:sz w:val="24"/>
          <w:szCs w:val="24"/>
          <w:lang w:val="ru-RU"/>
        </w:rPr>
        <w:t>» ,</w:t>
      </w:r>
      <w:proofErr w:type="gramEnd"/>
    </w:p>
    <w:p w14:paraId="21D8C858" w14:textId="77777777" w:rsidR="00D02147" w:rsidRPr="00D02147" w:rsidRDefault="00D02147" w:rsidP="00D02147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>посвященного Дню города</w:t>
      </w:r>
    </w:p>
    <w:p w14:paraId="148AA107" w14:textId="77777777" w:rsidR="00D02147" w:rsidRDefault="00D02147" w:rsidP="0051769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55040D8" w14:textId="77777777" w:rsidR="003C251B" w:rsidRPr="00D02147" w:rsidRDefault="003C251B" w:rsidP="0051769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b/>
          <w:sz w:val="24"/>
          <w:szCs w:val="24"/>
          <w:lang w:val="ru-RU"/>
        </w:rPr>
        <w:t>Заявка</w:t>
      </w:r>
    </w:p>
    <w:p w14:paraId="12D453E5" w14:textId="77777777" w:rsidR="003C251B" w:rsidRPr="00D02147" w:rsidRDefault="003C251B" w:rsidP="0051769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</w:t>
      </w:r>
    </w:p>
    <w:p w14:paraId="76A33F38" w14:textId="77777777" w:rsidR="003C251B" w:rsidRPr="00D02147" w:rsidRDefault="003C251B" w:rsidP="0051769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>(наименование организации, учебного образовательного учреждения)</w:t>
      </w:r>
    </w:p>
    <w:p w14:paraId="6FBD4F09" w14:textId="77777777" w:rsidR="003C251B" w:rsidRPr="00D02147" w:rsidRDefault="003C251B" w:rsidP="0051769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>на участие в муниципальном конкурсе чтецов</w:t>
      </w:r>
    </w:p>
    <w:p w14:paraId="4C8E0AAC" w14:textId="77777777" w:rsidR="003C251B" w:rsidRPr="00D02147" w:rsidRDefault="003C251B" w:rsidP="0051769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 xml:space="preserve">«Родной напев», посвященном </w:t>
      </w:r>
      <w:r w:rsidR="00C13596" w:rsidRPr="00D02147">
        <w:rPr>
          <w:rFonts w:ascii="Times New Roman" w:hAnsi="Times New Roman" w:cs="Times New Roman"/>
          <w:sz w:val="24"/>
          <w:szCs w:val="24"/>
          <w:lang w:val="ru-RU"/>
        </w:rPr>
        <w:t>Дню города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559"/>
        <w:gridCol w:w="1843"/>
        <w:gridCol w:w="1799"/>
        <w:gridCol w:w="1852"/>
      </w:tblGrid>
      <w:tr w:rsidR="003C251B" w:rsidRPr="006D5948" w14:paraId="65F3689B" w14:textId="77777777" w:rsidTr="00D0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52D0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0214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9F60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02147">
              <w:rPr>
                <w:rFonts w:ascii="Times New Roman" w:hAnsi="Times New Roman" w:cs="Times New Roman"/>
                <w:b/>
              </w:rPr>
              <w:t xml:space="preserve">ФИО </w:t>
            </w:r>
          </w:p>
          <w:p w14:paraId="618BE6FD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D02147">
              <w:rPr>
                <w:rFonts w:ascii="Times New Roman" w:hAnsi="Times New Roman" w:cs="Times New Roman"/>
                <w:b/>
              </w:rPr>
              <w:t>конкурсанта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5A37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D02147">
              <w:rPr>
                <w:rFonts w:ascii="Times New Roman" w:hAnsi="Times New Roman" w:cs="Times New Roman"/>
                <w:b/>
              </w:rPr>
              <w:t>Возрастная</w:t>
            </w:r>
            <w:proofErr w:type="spellEnd"/>
            <w:r w:rsidRPr="00D0214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02147">
              <w:rPr>
                <w:rFonts w:ascii="Times New Roman" w:hAnsi="Times New Roman" w:cs="Times New Roman"/>
                <w:b/>
              </w:rPr>
              <w:t>категория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D5D0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02147">
              <w:rPr>
                <w:rFonts w:ascii="Times New Roman" w:hAnsi="Times New Roman" w:cs="Times New Roman"/>
                <w:b/>
              </w:rPr>
              <w:t xml:space="preserve"> ОУ (</w:t>
            </w:r>
            <w:proofErr w:type="spellStart"/>
            <w:r w:rsidRPr="00D02147">
              <w:rPr>
                <w:rFonts w:ascii="Times New Roman" w:hAnsi="Times New Roman" w:cs="Times New Roman"/>
                <w:b/>
              </w:rPr>
              <w:t>организация</w:t>
            </w:r>
            <w:proofErr w:type="spellEnd"/>
            <w:r w:rsidRPr="00D0214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3A44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D02147">
              <w:rPr>
                <w:rFonts w:ascii="Times New Roman" w:hAnsi="Times New Roman" w:cs="Times New Roman"/>
                <w:b/>
              </w:rPr>
              <w:t>Название</w:t>
            </w:r>
            <w:proofErr w:type="spellEnd"/>
            <w:r w:rsidRPr="00D0214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02147">
              <w:rPr>
                <w:rFonts w:ascii="Times New Roman" w:hAnsi="Times New Roman" w:cs="Times New Roman"/>
                <w:b/>
              </w:rPr>
              <w:t>стихотворения</w:t>
            </w:r>
            <w:proofErr w:type="spellEnd"/>
            <w:r w:rsidRPr="00D02147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02147">
              <w:rPr>
                <w:rFonts w:ascii="Times New Roman" w:hAnsi="Times New Roman" w:cs="Times New Roman"/>
                <w:b/>
              </w:rPr>
              <w:t>автор</w:t>
            </w:r>
            <w:proofErr w:type="spellEnd"/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3B43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D02147">
              <w:rPr>
                <w:rFonts w:ascii="Times New Roman" w:hAnsi="Times New Roman" w:cs="Times New Roman"/>
                <w:b/>
                <w:lang w:val="ru-RU"/>
              </w:rPr>
              <w:t>Руководитель, контактный телефон, электронная почта</w:t>
            </w:r>
          </w:p>
        </w:tc>
      </w:tr>
      <w:tr w:rsidR="003C251B" w:rsidRPr="006D5948" w14:paraId="192C0237" w14:textId="77777777" w:rsidTr="00D0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F878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FE98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CF61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A4FC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5534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76E4" w14:textId="77777777" w:rsidR="003C251B" w:rsidRPr="00D02147" w:rsidRDefault="003C251B" w:rsidP="005176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85DB559" w14:textId="77777777" w:rsidR="003C251B" w:rsidRPr="00D02147" w:rsidRDefault="003C251B" w:rsidP="0051769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E02E81B" w14:textId="77777777" w:rsidR="003C251B" w:rsidRPr="00D02147" w:rsidRDefault="003C251B" w:rsidP="0051769A">
      <w:pPr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D02147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</w:p>
    <w:p w14:paraId="608F264E" w14:textId="77777777" w:rsidR="003C251B" w:rsidRPr="00D02147" w:rsidRDefault="003C251B" w:rsidP="0051769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02147">
        <w:rPr>
          <w:rFonts w:ascii="Times New Roman" w:hAnsi="Times New Roman" w:cs="Times New Roman"/>
          <w:sz w:val="24"/>
          <w:szCs w:val="24"/>
          <w:lang w:val="ru-RU"/>
        </w:rPr>
        <w:t>(подпись, фамилия, имя, отчество руководителя организации, учебного образовательного учреждения)</w:t>
      </w:r>
    </w:p>
    <w:p w14:paraId="6EBD57A6" w14:textId="77777777" w:rsidR="0000765A" w:rsidRPr="00D02147" w:rsidRDefault="0000765A" w:rsidP="0051769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D868EC" w14:textId="77777777" w:rsidR="0000765A" w:rsidRPr="00D02147" w:rsidRDefault="0000765A" w:rsidP="0051769A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93E1C0C" w14:textId="77777777" w:rsidR="00D02147" w:rsidRPr="00D02147" w:rsidRDefault="00D02147" w:rsidP="0051769A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EC6CB02" w14:textId="77777777" w:rsidR="00D02147" w:rsidRPr="00D02147" w:rsidRDefault="00D02147" w:rsidP="0051769A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B66CC9D" w14:textId="77777777" w:rsidR="00D02147" w:rsidRPr="00D02147" w:rsidRDefault="00D02147" w:rsidP="0051769A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1C4886A" w14:textId="77777777" w:rsidR="00D02147" w:rsidRPr="00D02147" w:rsidRDefault="00D02147" w:rsidP="0051769A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BB21B22" w14:textId="77777777" w:rsidR="00D02147" w:rsidRDefault="00D02147" w:rsidP="0051769A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AC7ABE9" w14:textId="77777777" w:rsidR="00D02147" w:rsidRDefault="00D02147" w:rsidP="00D0214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A7C461" w14:textId="77777777" w:rsidR="006D5948" w:rsidRDefault="006D5948" w:rsidP="006D5948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№2</w:t>
      </w:r>
    </w:p>
    <w:p w14:paraId="792562ED" w14:textId="77777777" w:rsidR="006D5948" w:rsidRDefault="006D5948" w:rsidP="006D5948">
      <w:pPr>
        <w:pStyle w:val="af"/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Положению </w:t>
      </w:r>
    </w:p>
    <w:p w14:paraId="2A5105F4" w14:textId="77777777" w:rsidR="006D5948" w:rsidRDefault="006D5948" w:rsidP="006D5948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муниципального конкурса чтецов «Родной напев»,</w:t>
      </w:r>
    </w:p>
    <w:p w14:paraId="015E22C2" w14:textId="77777777" w:rsidR="006D5948" w:rsidRDefault="006D5948" w:rsidP="006D5948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посвященного Дню города</w:t>
      </w:r>
    </w:p>
    <w:p w14:paraId="13681A09" w14:textId="77777777" w:rsidR="006D5948" w:rsidRDefault="006D5948" w:rsidP="006D5948">
      <w:pPr>
        <w:spacing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BBB8F88" w14:textId="77777777" w:rsidR="006D5948" w:rsidRDefault="006D5948" w:rsidP="006D594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Письменное согласие </w:t>
      </w:r>
    </w:p>
    <w:p w14:paraId="057E2598" w14:textId="77777777" w:rsidR="006D5948" w:rsidRDefault="006D5948" w:rsidP="006D594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обработку персональных данных</w:t>
      </w:r>
    </w:p>
    <w:p w14:paraId="5374F77F" w14:textId="77777777" w:rsidR="006D5948" w:rsidRDefault="006D5948" w:rsidP="006D5948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Я,_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>___________________________,</w:t>
      </w:r>
    </w:p>
    <w:p w14:paraId="494798F8" w14:textId="77777777" w:rsidR="006D5948" w:rsidRDefault="006D5948" w:rsidP="006D5948">
      <w:pPr>
        <w:ind w:firstLine="5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(Ф.И.О.)</w:t>
      </w:r>
    </w:p>
    <w:p w14:paraId="5AC42B5F" w14:textId="77777777" w:rsidR="006D5948" w:rsidRDefault="006D5948" w:rsidP="006D5948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</w:t>
      </w:r>
    </w:p>
    <w:p w14:paraId="32C0CE14" w14:textId="77777777" w:rsidR="006D5948" w:rsidRDefault="006D5948" w:rsidP="006D5948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____________________________________________________________________,</w:t>
      </w:r>
    </w:p>
    <w:p w14:paraId="29AEA4B1" w14:textId="77777777" w:rsidR="006D5948" w:rsidRDefault="006D5948" w:rsidP="006D5948">
      <w:pPr>
        <w:ind w:firstLine="5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(данные документа, удостоверяющего личность, сведения о дате выдачи документа и выдавшем его органе)</w:t>
      </w:r>
    </w:p>
    <w:p w14:paraId="2BF0E275" w14:textId="77777777" w:rsidR="006D5948" w:rsidRDefault="006D5948" w:rsidP="006D5948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2C7945" w14:textId="77777777" w:rsidR="006D5948" w:rsidRDefault="006D5948" w:rsidP="006D594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согласен(-а) на обработку своих персональных данных (либо персональных данных своего ребёнка __________________________________________________)  </w:t>
      </w:r>
    </w:p>
    <w:p w14:paraId="6C3532F1" w14:textId="77777777" w:rsidR="006D5948" w:rsidRDefault="006D5948" w:rsidP="006D5948">
      <w:pPr>
        <w:ind w:firstLine="5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(Ф.И.О.)</w:t>
      </w:r>
    </w:p>
    <w:p w14:paraId="4FF03073" w14:textId="77777777" w:rsidR="006D5948" w:rsidRDefault="006D5948" w:rsidP="006D594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целях качественного исполнения взаимных между МБУК «Централизованная библиотечная система им. А. Белого» и ____________________________________________________________________</w:t>
      </w:r>
    </w:p>
    <w:p w14:paraId="4C7F9101" w14:textId="77777777" w:rsidR="006D5948" w:rsidRDefault="006D5948" w:rsidP="006D5948">
      <w:pPr>
        <w:ind w:firstLine="5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(Ф.И.О. законного представителя несовершеннолетнего участника)</w:t>
      </w:r>
    </w:p>
    <w:p w14:paraId="54EABC69" w14:textId="77777777" w:rsidR="006D5948" w:rsidRDefault="006D5948" w:rsidP="006D594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обязательств.</w:t>
      </w:r>
    </w:p>
    <w:p w14:paraId="4C4AFB4F" w14:textId="77777777" w:rsidR="006D5948" w:rsidRDefault="006D5948" w:rsidP="006D5948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Персональные данные о:</w:t>
      </w:r>
    </w:p>
    <w:p w14:paraId="7397E681" w14:textId="77777777" w:rsidR="006D5948" w:rsidRDefault="006D5948" w:rsidP="006D5948">
      <w:pPr>
        <w:numPr>
          <w:ilvl w:val="0"/>
          <w:numId w:val="11"/>
        </w:numPr>
        <w:spacing w:after="0" w:line="240" w:lineRule="auto"/>
        <w:ind w:left="851" w:firstLine="1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Ф.И.О.;</w:t>
      </w:r>
    </w:p>
    <w:p w14:paraId="2572D6C8" w14:textId="77777777" w:rsidR="006D5948" w:rsidRDefault="006D5948" w:rsidP="006D5948">
      <w:pPr>
        <w:numPr>
          <w:ilvl w:val="0"/>
          <w:numId w:val="11"/>
        </w:numPr>
        <w:spacing w:after="0" w:line="240" w:lineRule="auto"/>
        <w:ind w:left="851" w:firstLine="1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Дате рождения;</w:t>
      </w:r>
    </w:p>
    <w:p w14:paraId="41A66A22" w14:textId="77777777" w:rsidR="006D5948" w:rsidRDefault="006D5948" w:rsidP="006D5948">
      <w:pPr>
        <w:numPr>
          <w:ilvl w:val="0"/>
          <w:numId w:val="11"/>
        </w:numPr>
        <w:spacing w:after="0" w:line="240" w:lineRule="auto"/>
        <w:ind w:left="851" w:firstLine="1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Мест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работе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28426C06" w14:textId="77777777" w:rsidR="006D5948" w:rsidRDefault="006D5948" w:rsidP="006D5948">
      <w:pPr>
        <w:numPr>
          <w:ilvl w:val="0"/>
          <w:numId w:val="11"/>
        </w:numPr>
        <w:spacing w:after="0" w:line="240" w:lineRule="auto"/>
        <w:ind w:left="851" w:firstLine="1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Контактах: номер телефона и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mail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736FB92" w14:textId="77777777" w:rsidR="006D5948" w:rsidRDefault="006D5948" w:rsidP="006D5948">
      <w:pPr>
        <w:numPr>
          <w:ilvl w:val="0"/>
          <w:numId w:val="11"/>
        </w:numPr>
        <w:spacing w:after="0" w:line="240" w:lineRule="auto"/>
        <w:ind w:left="851" w:firstLine="1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Информации о документе, удостоверяющем личность (указана выше);</w:t>
      </w:r>
    </w:p>
    <w:p w14:paraId="335DDE44" w14:textId="77777777" w:rsidR="006D5948" w:rsidRDefault="006D5948" w:rsidP="006D594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предоставлены добровольно и лично.</w:t>
      </w:r>
    </w:p>
    <w:p w14:paraId="3324A275" w14:textId="77777777" w:rsidR="006D5948" w:rsidRDefault="006D5948" w:rsidP="006D5948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Я согласен(-а) на обработку своих персональных данных (либо персональных данных своего ребёнка __________________________________________________) </w:t>
      </w:r>
    </w:p>
    <w:p w14:paraId="1F792E7C" w14:textId="77777777" w:rsidR="006D5948" w:rsidRDefault="006D5948" w:rsidP="006D5948">
      <w:pPr>
        <w:ind w:firstLine="5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(Ф.И.О.)</w:t>
      </w:r>
    </w:p>
    <w:p w14:paraId="06F90592" w14:textId="77777777" w:rsidR="006D5948" w:rsidRDefault="006D5948" w:rsidP="006D594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использованием средств автоматизации и без использования таких средств в сроки, определённые интересами МБУК «Централизованная библиотечная система им. А. Белого». Даю своё согласие на совершение следующих действий с моими персональными данными: сбор, систематизация, накопление, хранение, уточнение (обновление, изменение), использование, блокирование, уничтожение.</w:t>
      </w:r>
    </w:p>
    <w:p w14:paraId="1A576033" w14:textId="77777777" w:rsidR="006D5948" w:rsidRDefault="006D5948" w:rsidP="006D5948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случае неправомерных действий или бездействия МБУК «Централизованная библиотечная система» настоящее согласие может быть отозвано мной заявлением в письменном виде.</w:t>
      </w:r>
    </w:p>
    <w:p w14:paraId="251233CF" w14:textId="77777777" w:rsidR="006D5948" w:rsidRDefault="006D5948" w:rsidP="006D5948">
      <w:pPr>
        <w:ind w:firstLine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Я информирован(-а) о своём праве на уничтожение персональных данных обо мне (либо о моём ребёнке).</w:t>
      </w:r>
    </w:p>
    <w:p w14:paraId="465A5747" w14:textId="77777777" w:rsidR="006D5948" w:rsidRDefault="006D5948" w:rsidP="006D594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2D318C9" w14:textId="77777777" w:rsidR="006D5948" w:rsidRDefault="006D5948" w:rsidP="006D594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6A9044" w14:textId="77777777" w:rsidR="006D5948" w:rsidRDefault="006D5948" w:rsidP="006D59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5"/>
        <w:gridCol w:w="4941"/>
        <w:gridCol w:w="2030"/>
      </w:tblGrid>
      <w:tr w:rsidR="006D5948" w14:paraId="41C940CB" w14:textId="77777777" w:rsidTr="006D5948">
        <w:tc>
          <w:tcPr>
            <w:tcW w:w="2660" w:type="dxa"/>
            <w:hideMark/>
          </w:tcPr>
          <w:p w14:paraId="5E2D51D9" w14:textId="77777777" w:rsidR="006D5948" w:rsidRDefault="006D59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  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</w:t>
            </w:r>
          </w:p>
        </w:tc>
        <w:tc>
          <w:tcPr>
            <w:tcW w:w="5528" w:type="dxa"/>
            <w:hideMark/>
          </w:tcPr>
          <w:p w14:paraId="0BA9E72C" w14:textId="77777777" w:rsidR="006D5948" w:rsidRDefault="006D59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подписи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232" w:type="dxa"/>
            <w:hideMark/>
          </w:tcPr>
          <w:p w14:paraId="101647B2" w14:textId="77777777" w:rsidR="006D5948" w:rsidRDefault="006D59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14:paraId="60C79060" w14:textId="77777777" w:rsidR="006D5948" w:rsidRDefault="006D5948" w:rsidP="006D5948">
      <w:pPr>
        <w:rPr>
          <w:rFonts w:ascii="Times New Roman" w:hAnsi="Times New Roman" w:cs="Times New Roman"/>
          <w:sz w:val="24"/>
          <w:szCs w:val="24"/>
        </w:rPr>
      </w:pPr>
    </w:p>
    <w:p w14:paraId="62FA8A8A" w14:textId="77777777" w:rsidR="006D5948" w:rsidRDefault="006D5948" w:rsidP="006D5948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91AEB34" w14:textId="77777777" w:rsidR="00513F25" w:rsidRPr="00513F25" w:rsidRDefault="00513F25" w:rsidP="00513F25">
      <w:pPr>
        <w:tabs>
          <w:tab w:val="left" w:pos="1140"/>
        </w:tabs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513F25" w:rsidRPr="00513F25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30445264"/>
    <w:multiLevelType w:val="hybridMultilevel"/>
    <w:tmpl w:val="75605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765A"/>
    <w:rsid w:val="00020E20"/>
    <w:rsid w:val="00034616"/>
    <w:rsid w:val="0006063C"/>
    <w:rsid w:val="000961D6"/>
    <w:rsid w:val="0015074B"/>
    <w:rsid w:val="0029639D"/>
    <w:rsid w:val="002A734E"/>
    <w:rsid w:val="00326F90"/>
    <w:rsid w:val="003B0D5F"/>
    <w:rsid w:val="003C251B"/>
    <w:rsid w:val="00513F25"/>
    <w:rsid w:val="00515286"/>
    <w:rsid w:val="0051769A"/>
    <w:rsid w:val="006B69A2"/>
    <w:rsid w:val="006D5948"/>
    <w:rsid w:val="0087714E"/>
    <w:rsid w:val="00A04A9D"/>
    <w:rsid w:val="00A75222"/>
    <w:rsid w:val="00AA1D8D"/>
    <w:rsid w:val="00B42F81"/>
    <w:rsid w:val="00B47730"/>
    <w:rsid w:val="00BB1653"/>
    <w:rsid w:val="00C13596"/>
    <w:rsid w:val="00CB0664"/>
    <w:rsid w:val="00D02147"/>
    <w:rsid w:val="00D15779"/>
    <w:rsid w:val="00D875FF"/>
    <w:rsid w:val="00DB7350"/>
    <w:rsid w:val="00E95188"/>
    <w:rsid w:val="00FB1F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C20FB6"/>
  <w14:defaultImageDpi w14:val="300"/>
  <w15:docId w15:val="{B334B0BD-D50A-4FD9-9372-1D30F439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87714E"/>
    <w:rPr>
      <w:color w:val="0000FF" w:themeColor="hyperlink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DB7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DB73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0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A164A7-157C-4998-8FC6-C4B8AAAF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cp:lastPrinted>2026-08-25T07:39:00Z</cp:lastPrinted>
  <dcterms:created xsi:type="dcterms:W3CDTF">2026-08-27T07:18:00Z</dcterms:created>
  <dcterms:modified xsi:type="dcterms:W3CDTF">2026-08-28T09:02:00Z</dcterms:modified>
</cp:coreProperties>
</file>